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 לוחות המשימות באתר הקוביות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הקטגוריות השונות של לוחות המשימות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אילו מיומנויות מתרגל כל 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מבנה הלוח: קוביה, דף להדפסה ודף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קטגוריות ולוחות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עולים ועולות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בתיאור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הלוח מתאים ליסודי, חטיבת ביניים ותיכון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 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לוח למיומנות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(זיהוי בניין הפועל ומשמעותו)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(נרדפות, הפכים וביטויים)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(עצירה, סיכום ושאלה תוך כדי קריאה)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(אוצר מילים ושיחה יומיומית לעולים)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קוביה לגלגול, לוח להדפסה, קוביה לקיפול ודף תרגול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בוחר לוח קיים מהרשימה ומסביר קשר הגיוני בין הלוח לצרכי הלמידה שלו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ציפייה לקטגוריות כמו לשון, הבנת הנקרא, קריאה, כתיבה, עולים, 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קוביה לגלגול, לוח להדפסה, קוביה לקיפול, דף 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מתאימה לתיאור הלוח שנבחר מהרשימה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בכיתה את רשימת הלוחות ולבקש מהתלמידים למיין אותם לקטגוריות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לוח אחד בפועל (גלגול קוביה) לפני תחילת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ניתן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🎲 גלגלו ולמדו – מרכזי למידה עם קוביות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כל לוחות המשימות באתר הקוביות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באתר נמצאים 18 לוחות משימות המחולקים לקטגוריות: לשון, הבנת הנקרא, קריאה, כתיבה, עולים וחשבון. בכל לוח מגלגלים קוביה ומבצעים משימה לפי המספר שיצא.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שורש  ·  שאלה  ·  דיוק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קטגוריות ולוחות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לוח "שבעת הבניינים" שייך לקטגוריית: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קריאה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לוח "לפני הקריאה" שייך לקטגוריית: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הבנת הנקרא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חשבון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לוח "עברית לעולים: מדברים בקוביה" מיועד בעיקר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תלמידי תיכון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עולים ועולות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בלוח "שורש ומשפחת מילים" מתרגלים זיהוי שורש ובניית מילים מאותו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לוח "סימני פיסוק" מתאים רק לתלמידי 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מילה 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בלוח "__________ ומשפחת מילים" מזהים את האותיות הבסיסיות החוזרות במילים דומות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לוח "מילות __________" מתרגל שאילת שאלות ברמות חשיבה שונות על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לוח "שטף ו__________ בקריאה" מתרגל קריאה בקול בקצב נכון ובהבעה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לוח למיומנות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שבעת הבניינים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עצירה, סיכום ושאלה תוך כדי קריאה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אוצר מילים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זיהוי בניין הפועל ומשמעותו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בזמן הקריאה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אוצר מילים ושיחה יומיומית לעולים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מדברים בקוביה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נרדפות, הפכים וביטויים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שאלה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מהם ארבעת הרכיבים שיש בכל לוח משימות באתר?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בחרו לוח משימות אחד מהרשימה וכתבו במה הוא יכול לעזור לכם בלימודים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שלושה שמות של קטגוריות לוחות באתר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מהם ארבעת הרכיבים שבכל 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כל לוחות המשימות באתר הקוביות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