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 לוחות המשימות באתר הקוביות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של לוחות המשימות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מיומנויות מתרגל כל 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הלוח: קוביה, דף להדפסה ודף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קטגוריות ולוחות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עולים ועולות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כיתות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פתיחת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הלוח מתאים ליסודי, חטיבת ביניים ותיכון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תחזית לפני קריאה נמצאת בלוח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על כל הלוחות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הלוח מתאים לכל טקסט בכל מקצוע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לוח למיומנות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(זיהוי בניין הפועל ומשמעותו)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(נרדפות, הפכים וביטויים)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(עצירה, סיכום ושאלה תוך כדי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(אוצר מילים ושיחה יומיומית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(תרגול עובדות חיבור חיסור וכפל)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קוביה לגלגול, לוח להדפסה, קוביה לקיפול ודף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לפני הקריאה - תרגול תחזית ושאילת שאלות לפני קריאת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לוח קיים מהרשימה ומסביר קשר הגיוני בין הלוח לצרכי הלמידה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המתייחסת ליתרונות כמו הפתעה, גיוון, משחקיות ותרגול 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לקטגוריות כמו לשון, הבנת הנקרא, קריאה, כתיבה, עולים,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קוביה לגלגול, לוח להדפסה, קוביה לקיפול, דף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מתאימה לתיאור הלוח שנבחר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רשימת הלוחות ולבקש מהתלמידים למיין אותם לקטגוריות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לוח אחד בפועל (גלגול קוביה)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 לוחות המשימות באתר הקוביות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נמצאים 18 לוחות משימות המחולקים לקטגוריות: לשון, הבנת הנקרא, קריאה, כתיבה, עולים וחשבון. בכל לוח מגלגלים קוביה ומבצעים משימה לפי המספר שיצא.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קטגוריות ולוחות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לוח "שבעת הבניינים" שייך לקטגוריית: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הבנת הנקרא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לוח "לפני הקריאה" שייך לקטגוריית: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הבנת הנקרא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לוח "עברית לעולים: מדברים בקוביה" מיועד בעיקר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 תיכון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עולים ועולות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תלמידי כיתה 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לוח "קוביית צלילי הניקוד" מתאים בעיקר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כיתות א-ב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חטיבת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הגילאים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לוחות משימות יש בסך הכל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לוח "סיפור בקוביות" עוסק בכתיבת: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כפל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"שורש ומשפחת מילים" מתרגלים זיהוי שורש ובניית מילים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"סימני פיסוק" מתאים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"אחרי הקריאה" מתרגלים תחזית לפני קריאת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יש קוביה לגלגול, לוח להדפסה, קוביה לקיפול ודף תרגול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"עבודה עם כל טקסט" מתאים רק למקצוע לשון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"__________ ומשפחת מילים" מזהים את האותיות הבסיסיות החוזרות במילים 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 "מילות __________" מתרגל שאילת שאלות ברמות חשיבה שונות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בקטגוריית "__________" נמצאים הלוחות לפני הקריאה, בזמן הקריאה ואחרי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"שטף ו__________ בקריאה" מתרגל קריאה בקול בקצב נכון ובהבעה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לוח "המשך הסיפור" עוסק בבניית זמן, __________ משמעותי ופתרון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לוח למיומנות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שבעת הבניינים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תרגול עובדות חיבור חיסור וכפל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אוצר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אוצר מילים ושיחה יומיומית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נרדפות, הפכים וביטויים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מדברים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עצירה, סיכום ושאלה תוך כדי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חשבון וכפל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זיהוי בניין הפועל ומשמעותו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ארבעת הרכיבים שיש בכל לוח משימות באתר?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שם לוח אחד מקטגוריית הבנת הנקרא ותארו במשפט אחד מה מתרגלים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לוח משימות אחד מהרשימה וכתבו במה הוא יכול לעזור לכם בלימודים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לדעתכם משחק עם קוביה יכול לעזור ללמוד נושא בצורה מהנה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שלושה שמות של קטגוריות לוחות באתר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הרכיבים שבכל 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לוח אחד וכתבו מה מתרגלים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 לוחות המשימות באתר הקוביות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